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3731" w14:textId="77777777" w:rsidR="00BD4CE5" w:rsidRDefault="00000000" w:rsidP="00C653F9">
      <w:pPr>
        <w:jc w:val="center"/>
      </w:pPr>
      <w:r>
        <w:rPr>
          <w:b/>
          <w:sz w:val="28"/>
        </w:rPr>
        <w:t>PROTOKÓŁ Z PRZEPROWADZONYCH KONSULTACJI</w:t>
      </w:r>
    </w:p>
    <w:p w14:paraId="00061E79" w14:textId="3765A5C1" w:rsidR="00BD4CE5" w:rsidRDefault="00000000" w:rsidP="00C653F9">
      <w:pPr>
        <w:jc w:val="center"/>
      </w:pPr>
      <w:r>
        <w:rPr>
          <w:b/>
        </w:rPr>
        <w:t>projektu „Wieloletniego Programu Współpracy Gminy Braniewo</w:t>
      </w:r>
      <w:r>
        <w:rPr>
          <w:b/>
        </w:rPr>
        <w:br/>
        <w:t xml:space="preserve">z organizacjami pozarządowymi oraz podmiotami, o których mowa w art. 3 ust. 3 </w:t>
      </w:r>
      <w:proofErr w:type="spellStart"/>
      <w:r>
        <w:rPr>
          <w:b/>
        </w:rPr>
        <w:t>ustawy</w:t>
      </w:r>
      <w:proofErr w:type="spellEnd"/>
      <w:r>
        <w:rPr>
          <w:b/>
        </w:rPr>
        <w:t xml:space="preserve"> </w:t>
      </w:r>
      <w:r w:rsidR="00C653F9">
        <w:rPr>
          <w:b/>
        </w:rPr>
        <w:br/>
      </w:r>
      <w:r>
        <w:rPr>
          <w:b/>
        </w:rPr>
        <w:t xml:space="preserve">o </w:t>
      </w:r>
      <w:proofErr w:type="spellStart"/>
      <w:r>
        <w:rPr>
          <w:b/>
        </w:rPr>
        <w:t>działalności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pożytku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publicznego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o wolontariacie, na lata 2027–2031”</w:t>
      </w:r>
    </w:p>
    <w:p w14:paraId="05CBBDB9" w14:textId="77777777" w:rsidR="00BD4CE5" w:rsidRDefault="00000000">
      <w:r>
        <w:t xml:space="preserve">sporządzony w dniu 30 września 2026 r. w </w:t>
      </w:r>
      <w:proofErr w:type="spellStart"/>
      <w:r>
        <w:t>Urzędzie</w:t>
      </w:r>
      <w:proofErr w:type="spellEnd"/>
      <w:r>
        <w:t xml:space="preserve"> Gminy Braniewo.</w:t>
      </w:r>
    </w:p>
    <w:p w14:paraId="1B31961B" w14:textId="77777777" w:rsidR="00C653F9" w:rsidRDefault="00C653F9"/>
    <w:p w14:paraId="743A0F0D" w14:textId="77777777" w:rsidR="00BD4CE5" w:rsidRDefault="00000000" w:rsidP="00C653F9">
      <w:pPr>
        <w:jc w:val="both"/>
      </w:pPr>
      <w:r>
        <w:rPr>
          <w:b/>
        </w:rPr>
        <w:t>1. Przedmiot konsultacji</w:t>
      </w:r>
    </w:p>
    <w:p w14:paraId="72605558" w14:textId="5194A7F7" w:rsidR="00BD4CE5" w:rsidRDefault="00000000" w:rsidP="00C653F9">
      <w:pPr>
        <w:jc w:val="both"/>
      </w:pPr>
      <w:proofErr w:type="spellStart"/>
      <w:r>
        <w:t>Przedmiotem</w:t>
      </w:r>
      <w:proofErr w:type="spellEnd"/>
      <w:r>
        <w:t xml:space="preserve"> </w:t>
      </w:r>
      <w:proofErr w:type="spellStart"/>
      <w:r>
        <w:t>konsultacji</w:t>
      </w:r>
      <w:proofErr w:type="spellEnd"/>
      <w:r>
        <w:t xml:space="preserve"> </w:t>
      </w:r>
      <w:proofErr w:type="spellStart"/>
      <w:r>
        <w:t>był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„</w:t>
      </w:r>
      <w:proofErr w:type="spellStart"/>
      <w:r>
        <w:t>Wieloletniego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Gminy Braniewo </w:t>
      </w:r>
      <w:r w:rsidR="00C653F9">
        <w:br/>
      </w:r>
      <w:r>
        <w:t xml:space="preserve">z </w:t>
      </w:r>
      <w:proofErr w:type="spellStart"/>
      <w:r>
        <w:t>organizacjami</w:t>
      </w:r>
      <w:proofErr w:type="spellEnd"/>
      <w:r>
        <w:t xml:space="preserve"> </w:t>
      </w:r>
      <w:proofErr w:type="spellStart"/>
      <w:r>
        <w:t>pozarządowymi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podmiotami</w:t>
      </w:r>
      <w:proofErr w:type="spellEnd"/>
      <w:r>
        <w:t>, o których mowa w art. 3 ust. 3 ustawy o działalności pożytku publicznego i o wolontariacie, na lata 2027–2031”.</w:t>
      </w:r>
    </w:p>
    <w:p w14:paraId="74B70B79" w14:textId="77777777" w:rsidR="00BD4CE5" w:rsidRDefault="00000000" w:rsidP="00C653F9">
      <w:pPr>
        <w:jc w:val="both"/>
      </w:pPr>
      <w:r>
        <w:rPr>
          <w:b/>
        </w:rPr>
        <w:t>2. Podstawa prawna</w:t>
      </w:r>
    </w:p>
    <w:p w14:paraId="2D402090" w14:textId="77777777" w:rsidR="00BD4CE5" w:rsidRDefault="00000000" w:rsidP="00C653F9">
      <w:pPr>
        <w:jc w:val="both"/>
      </w:pPr>
      <w:r>
        <w:t>Konsultacje przeprowadzono na podstawie art. 5a ust. 2 w związku z art. 5a ust. 1 i art. 5 ust. 5 ustawy z dnia 24 kwietnia 2003 r. o działalności pożytku publicznego i o wolontariacie oraz § 1–4 uchwały Nr 85/VI/2011 Rady Gminy Braniewo z dnia 9 grudnia 2011 r. w sprawie określenia szczegółowego sposobu konsultowania z organizacjami pozarządowymi i podmiotami wymienionymi w art. 3 ust. 3 ustawy projektów aktów prawa miejscowego w dziedzinach dotyczących działalności statutowej tych organizacji.</w:t>
      </w:r>
    </w:p>
    <w:p w14:paraId="102DF4AE" w14:textId="77777777" w:rsidR="00BD4CE5" w:rsidRDefault="00000000" w:rsidP="00C653F9">
      <w:pPr>
        <w:jc w:val="both"/>
      </w:pPr>
      <w:r>
        <w:rPr>
          <w:b/>
        </w:rPr>
        <w:t>3. Podstawa przeprowadzenia konsultacji</w:t>
      </w:r>
    </w:p>
    <w:p w14:paraId="4E106BCF" w14:textId="4EFC9A2D" w:rsidR="00BD4CE5" w:rsidRDefault="00000000" w:rsidP="00C653F9">
      <w:pPr>
        <w:jc w:val="both"/>
      </w:pPr>
      <w:proofErr w:type="spellStart"/>
      <w:r>
        <w:t>Konsultacje</w:t>
      </w:r>
      <w:proofErr w:type="spellEnd"/>
      <w:r>
        <w:t xml:space="preserve"> </w:t>
      </w:r>
      <w:proofErr w:type="spellStart"/>
      <w:r>
        <w:t>zostały</w:t>
      </w:r>
      <w:proofErr w:type="spellEnd"/>
      <w:r>
        <w:t xml:space="preserve"> </w:t>
      </w:r>
      <w:proofErr w:type="spellStart"/>
      <w:r>
        <w:t>zarządzone</w:t>
      </w:r>
      <w:proofErr w:type="spellEnd"/>
      <w:r>
        <w:t xml:space="preserve"> </w:t>
      </w:r>
      <w:proofErr w:type="spellStart"/>
      <w:r>
        <w:t>Zarządzeniem</w:t>
      </w:r>
      <w:proofErr w:type="spellEnd"/>
      <w:r>
        <w:t xml:space="preserve"> Nr 59/IX/2026 </w:t>
      </w:r>
      <w:proofErr w:type="spellStart"/>
      <w:r>
        <w:t>Wójta</w:t>
      </w:r>
      <w:proofErr w:type="spellEnd"/>
      <w:r>
        <w:t xml:space="preserve"> Gminy Braniewo z </w:t>
      </w:r>
      <w:proofErr w:type="spellStart"/>
      <w:r>
        <w:t>dnia</w:t>
      </w:r>
      <w:proofErr w:type="spellEnd"/>
      <w:r>
        <w:t xml:space="preserve"> </w:t>
      </w:r>
      <w:r w:rsidR="00C653F9">
        <w:br/>
      </w:r>
      <w:r>
        <w:t xml:space="preserve">14 </w:t>
      </w:r>
      <w:proofErr w:type="spellStart"/>
      <w:r>
        <w:t>września</w:t>
      </w:r>
      <w:proofErr w:type="spellEnd"/>
      <w:r>
        <w:t xml:space="preserve"> 2026 r. w sprawie przeprowadzenia konsultacji projektu „Wieloletniego Programu Współpracy Gminy Braniewo z organizacjami pozarządowymi oraz podmiotami, o których mowa w art. 3 ust. 3 ustawy o działalności pożytku publicznego i o wolontariacie, na lata 2027–2031”.</w:t>
      </w:r>
    </w:p>
    <w:p w14:paraId="6704D1AB" w14:textId="77777777" w:rsidR="00BD4CE5" w:rsidRDefault="00000000" w:rsidP="00C653F9">
      <w:pPr>
        <w:jc w:val="both"/>
      </w:pPr>
      <w:r>
        <w:rPr>
          <w:b/>
        </w:rPr>
        <w:t>4. Termin przeprowadzenia konsultacji</w:t>
      </w:r>
    </w:p>
    <w:p w14:paraId="3EEC756C" w14:textId="77777777" w:rsidR="00BD4CE5" w:rsidRDefault="00000000" w:rsidP="00C653F9">
      <w:pPr>
        <w:jc w:val="both"/>
      </w:pPr>
      <w:r>
        <w:t>Konsultacje przeprowadzono w okresie od dnia 15 września 2026 r. do dnia 29 września 2026 r.</w:t>
      </w:r>
    </w:p>
    <w:p w14:paraId="10618415" w14:textId="77777777" w:rsidR="00BD4CE5" w:rsidRDefault="00000000" w:rsidP="00C653F9">
      <w:pPr>
        <w:jc w:val="both"/>
      </w:pPr>
      <w:r>
        <w:rPr>
          <w:b/>
        </w:rPr>
        <w:t>5. Uczestnicy konsultacji</w:t>
      </w:r>
    </w:p>
    <w:p w14:paraId="0814D6ED" w14:textId="77777777" w:rsidR="00BD4CE5" w:rsidRDefault="00000000" w:rsidP="00C653F9">
      <w:pPr>
        <w:jc w:val="both"/>
      </w:pPr>
      <w:r>
        <w:t>Do udziału w konsultacjach uprawnione były organizacje pozarządowe oraz podmioty, o których mowa w art. 3 ust. 3 ustawy, których terytorialny zakres działania obejmuje teren Gminy Braniewo.</w:t>
      </w:r>
    </w:p>
    <w:p w14:paraId="2285E58A" w14:textId="77777777" w:rsidR="00BD4CE5" w:rsidRDefault="00000000" w:rsidP="00C653F9">
      <w:pPr>
        <w:jc w:val="both"/>
      </w:pPr>
      <w:r>
        <w:rPr>
          <w:b/>
        </w:rPr>
        <w:t>6. Forma konsultacji</w:t>
      </w:r>
    </w:p>
    <w:p w14:paraId="05C3B5C1" w14:textId="4BB39C52" w:rsidR="00BD4CE5" w:rsidRDefault="00000000" w:rsidP="00C653F9">
      <w:pPr>
        <w:jc w:val="both"/>
      </w:pPr>
      <w:proofErr w:type="spellStart"/>
      <w:r>
        <w:t>Konsultacje</w:t>
      </w:r>
      <w:proofErr w:type="spellEnd"/>
      <w:r>
        <w:t xml:space="preserve"> </w:t>
      </w:r>
      <w:proofErr w:type="spellStart"/>
      <w:r>
        <w:t>przeprowadzono</w:t>
      </w:r>
      <w:proofErr w:type="spellEnd"/>
      <w:r>
        <w:t xml:space="preserve">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pisemnego</w:t>
      </w:r>
      <w:proofErr w:type="spellEnd"/>
      <w:r>
        <w:t xml:space="preserve"> </w:t>
      </w:r>
      <w:proofErr w:type="spellStart"/>
      <w:r>
        <w:t>zgłaszania</w:t>
      </w:r>
      <w:proofErr w:type="spellEnd"/>
      <w:r>
        <w:t xml:space="preserve"> </w:t>
      </w:r>
      <w:proofErr w:type="spellStart"/>
      <w:r>
        <w:t>opinii</w:t>
      </w:r>
      <w:proofErr w:type="spellEnd"/>
      <w:r>
        <w:t xml:space="preserve">, </w:t>
      </w:r>
      <w:proofErr w:type="spellStart"/>
      <w:r>
        <w:t>uwag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propozycji</w:t>
      </w:r>
      <w:proofErr w:type="spellEnd"/>
      <w:r>
        <w:t xml:space="preserve">, </w:t>
      </w:r>
      <w:proofErr w:type="spellStart"/>
      <w:r>
        <w:t>przekazywania</w:t>
      </w:r>
      <w:proofErr w:type="spellEnd"/>
      <w:r>
        <w:t xml:space="preserve"> ich </w:t>
      </w:r>
      <w:proofErr w:type="spellStart"/>
      <w:r>
        <w:t>drogą</w:t>
      </w:r>
      <w:proofErr w:type="spellEnd"/>
      <w:r>
        <w:t xml:space="preserve"> </w:t>
      </w:r>
      <w:proofErr w:type="spellStart"/>
      <w:r>
        <w:t>elektroniczną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składania</w:t>
      </w:r>
      <w:proofErr w:type="spellEnd"/>
      <w:r>
        <w:t xml:space="preserve"> </w:t>
      </w:r>
      <w:proofErr w:type="spellStart"/>
      <w:r>
        <w:t>opinii</w:t>
      </w:r>
      <w:proofErr w:type="spellEnd"/>
      <w:r>
        <w:t xml:space="preserve">, </w:t>
      </w:r>
      <w:proofErr w:type="spellStart"/>
      <w:r>
        <w:t>uwag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propozycji</w:t>
      </w:r>
      <w:proofErr w:type="spellEnd"/>
      <w:r>
        <w:t xml:space="preserve"> </w:t>
      </w:r>
      <w:proofErr w:type="spellStart"/>
      <w:r>
        <w:t>bezpośrednio</w:t>
      </w:r>
      <w:proofErr w:type="spellEnd"/>
      <w:r>
        <w:t xml:space="preserve"> </w:t>
      </w:r>
      <w:r w:rsidR="00C653F9">
        <w:br/>
      </w:r>
      <w:r>
        <w:t xml:space="preserve">w </w:t>
      </w:r>
      <w:proofErr w:type="spellStart"/>
      <w:r>
        <w:t>siedzibie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Gminy Braniewo.</w:t>
      </w:r>
    </w:p>
    <w:p w14:paraId="40205FB1" w14:textId="77777777" w:rsidR="00BD4CE5" w:rsidRDefault="00000000" w:rsidP="00C653F9">
      <w:pPr>
        <w:jc w:val="both"/>
      </w:pPr>
      <w:r>
        <w:rPr>
          <w:b/>
        </w:rPr>
        <w:t>7. Sposób podania informacji do publicznej wiadomości</w:t>
      </w:r>
    </w:p>
    <w:p w14:paraId="3503D415" w14:textId="77777777" w:rsidR="00BD4CE5" w:rsidRDefault="00000000" w:rsidP="00C653F9">
      <w:pPr>
        <w:jc w:val="both"/>
      </w:pPr>
      <w:r>
        <w:t>Ogłoszenie o konsultacjach wraz z formularzem zgłaszania opinii, uwag i propozycji oraz projektem Wieloletniego Programu Współpracy zostało podane do publicznej wiadomości poprzez zamieszczenie w Biuletynie Informacji Publicznej Gminy Braniewo, na stronie internetowej Gminy Braniewo oraz wywieszenie na tablicy ogłoszeń Urzędu Gminy Braniewo.</w:t>
      </w:r>
    </w:p>
    <w:p w14:paraId="6EEBE7BE" w14:textId="77777777" w:rsidR="00BD4CE5" w:rsidRDefault="00000000" w:rsidP="00C653F9">
      <w:pPr>
        <w:jc w:val="both"/>
      </w:pPr>
      <w:r>
        <w:rPr>
          <w:b/>
        </w:rPr>
        <w:lastRenderedPageBreak/>
        <w:t>8. Wynik konsultacji</w:t>
      </w:r>
    </w:p>
    <w:p w14:paraId="6B26541D" w14:textId="4C8D072F" w:rsidR="00BD4CE5" w:rsidRDefault="00000000" w:rsidP="00C653F9">
      <w:pPr>
        <w:jc w:val="both"/>
      </w:pPr>
      <w:r>
        <w:t xml:space="preserve">W </w:t>
      </w:r>
      <w:proofErr w:type="spellStart"/>
      <w:r>
        <w:t>wyznaczonym</w:t>
      </w:r>
      <w:proofErr w:type="spellEnd"/>
      <w:r>
        <w:t xml:space="preserve"> </w:t>
      </w:r>
      <w:proofErr w:type="spellStart"/>
      <w:r>
        <w:t>terminie</w:t>
      </w:r>
      <w:proofErr w:type="spellEnd"/>
      <w:r>
        <w:t xml:space="preserve"> </w:t>
      </w:r>
      <w:proofErr w:type="spellStart"/>
      <w:r>
        <w:t>trwania</w:t>
      </w:r>
      <w:proofErr w:type="spellEnd"/>
      <w:r>
        <w:t xml:space="preserve"> </w:t>
      </w:r>
      <w:proofErr w:type="spellStart"/>
      <w:r>
        <w:t>konsultacji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zgłoszono</w:t>
      </w:r>
      <w:proofErr w:type="spellEnd"/>
      <w:r>
        <w:t xml:space="preserve"> </w:t>
      </w:r>
      <w:proofErr w:type="spellStart"/>
      <w:r>
        <w:t>żadnych</w:t>
      </w:r>
      <w:proofErr w:type="spellEnd"/>
      <w:r>
        <w:t xml:space="preserve"> </w:t>
      </w:r>
      <w:proofErr w:type="spellStart"/>
      <w:r>
        <w:t>opinii</w:t>
      </w:r>
      <w:proofErr w:type="spellEnd"/>
      <w:r>
        <w:t xml:space="preserve">, </w:t>
      </w:r>
      <w:proofErr w:type="spellStart"/>
      <w:r>
        <w:t>uwag</w:t>
      </w:r>
      <w:proofErr w:type="spellEnd"/>
      <w:r>
        <w:t xml:space="preserve"> ani </w:t>
      </w:r>
      <w:proofErr w:type="spellStart"/>
      <w:r>
        <w:t>propozycji</w:t>
      </w:r>
      <w:proofErr w:type="spellEnd"/>
      <w:r>
        <w:t xml:space="preserve"> </w:t>
      </w:r>
      <w:r w:rsidR="00C653F9">
        <w:br/>
      </w:r>
      <w:r>
        <w:t xml:space="preserve">do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Wieloletniego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Gminy Braniewo z organizacjami pozarządowymi oraz podmiotami, o których mowa w art. 3 ust. 3 ustawy o </w:t>
      </w:r>
      <w:proofErr w:type="spellStart"/>
      <w:r>
        <w:t>działalności</w:t>
      </w:r>
      <w:proofErr w:type="spellEnd"/>
      <w:r>
        <w:t xml:space="preserve"> </w:t>
      </w:r>
      <w:proofErr w:type="spellStart"/>
      <w:r>
        <w:t>pożytku</w:t>
      </w:r>
      <w:proofErr w:type="spellEnd"/>
      <w:r>
        <w:t xml:space="preserve"> </w:t>
      </w:r>
      <w:proofErr w:type="spellStart"/>
      <w:r>
        <w:t>publicznego</w:t>
      </w:r>
      <w:proofErr w:type="spellEnd"/>
      <w:r w:rsidR="00C653F9">
        <w:br/>
      </w:r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wolontariacie</w:t>
      </w:r>
      <w:proofErr w:type="spellEnd"/>
      <w:r>
        <w:t>, na lata 2027–2031.</w:t>
      </w:r>
    </w:p>
    <w:p w14:paraId="3875D28C" w14:textId="77777777" w:rsidR="00BD4CE5" w:rsidRDefault="00000000" w:rsidP="00C653F9">
      <w:pPr>
        <w:jc w:val="both"/>
      </w:pPr>
      <w:r>
        <w:t>W związku z powyższym nie zachodziła potrzeba rozpatrywania zgłoszonych uwag ani dokonywania zmian w projekcie Programu w wyniku przeprowadzonych konsultacji.</w:t>
      </w:r>
    </w:p>
    <w:p w14:paraId="1B1B21FF" w14:textId="77777777" w:rsidR="00BD4CE5" w:rsidRDefault="00000000" w:rsidP="00C653F9">
      <w:pPr>
        <w:jc w:val="both"/>
      </w:pPr>
      <w:r>
        <w:rPr>
          <w:b/>
        </w:rPr>
        <w:t>9. Zakończenie</w:t>
      </w:r>
    </w:p>
    <w:p w14:paraId="7AF40501" w14:textId="77777777" w:rsidR="00BD4CE5" w:rsidRDefault="00000000" w:rsidP="00C653F9">
      <w:pPr>
        <w:jc w:val="both"/>
      </w:pPr>
      <w:r>
        <w:t>Konsultacje zakończono z dniem 29 września 2026 r. Protokół sporządzono w dniu 30 września 2026 r.</w:t>
      </w:r>
    </w:p>
    <w:p w14:paraId="7E71019A" w14:textId="77777777" w:rsidR="00BD4CE5" w:rsidRDefault="00BD4CE5" w:rsidP="00C653F9">
      <w:pPr>
        <w:jc w:val="both"/>
      </w:pPr>
    </w:p>
    <w:p w14:paraId="50577618" w14:textId="77777777" w:rsidR="00BD4CE5" w:rsidRDefault="00000000" w:rsidP="00C653F9">
      <w:pPr>
        <w:jc w:val="right"/>
      </w:pPr>
      <w:r>
        <w:rPr>
          <w:b/>
        </w:rPr>
        <w:t>Wójt Gminy Braniewo</w:t>
      </w:r>
      <w:r>
        <w:rPr>
          <w:b/>
        </w:rPr>
        <w:br/>
      </w:r>
      <w:r>
        <w:rPr>
          <w:b/>
        </w:rPr>
        <w:br/>
      </w:r>
      <w:r>
        <w:t>....................................................</w:t>
      </w:r>
      <w:r>
        <w:br/>
        <w:t>podpis</w:t>
      </w:r>
    </w:p>
    <w:p w14:paraId="465A4804" w14:textId="77777777" w:rsidR="00BD4CE5" w:rsidRDefault="00BD4CE5" w:rsidP="00C653F9">
      <w:pPr>
        <w:jc w:val="both"/>
      </w:pPr>
    </w:p>
    <w:p w14:paraId="10899E5E" w14:textId="77777777" w:rsidR="00BD4CE5" w:rsidRDefault="00000000" w:rsidP="00C653F9">
      <w:pPr>
        <w:jc w:val="both"/>
      </w:pPr>
      <w:r>
        <w:rPr>
          <w:b/>
        </w:rPr>
        <w:t>Załączniki:</w:t>
      </w:r>
    </w:p>
    <w:p w14:paraId="0A8D389F" w14:textId="77777777" w:rsidR="00BD4CE5" w:rsidRDefault="00000000" w:rsidP="00C653F9">
      <w:pPr>
        <w:jc w:val="both"/>
      </w:pPr>
      <w:r>
        <w:t>1. Ogłoszenie Wójta Gminy Braniewo z dnia 14 września 2026 r. o przeprowadzeniu konsultacji.</w:t>
      </w:r>
    </w:p>
    <w:p w14:paraId="66C1CF47" w14:textId="77777777" w:rsidR="00BD4CE5" w:rsidRDefault="00000000" w:rsidP="00C653F9">
      <w:pPr>
        <w:jc w:val="both"/>
      </w:pPr>
      <w:r>
        <w:t>2. Formularz zgłaszania opinii, uwag i propozycji.</w:t>
      </w:r>
    </w:p>
    <w:p w14:paraId="3439B461" w14:textId="77777777" w:rsidR="00BD4CE5" w:rsidRDefault="00000000" w:rsidP="00C653F9">
      <w:pPr>
        <w:jc w:val="both"/>
      </w:pPr>
      <w:r>
        <w:t>3. Projekt Wieloletniego Programu Współpracy Gminy Braniewo na lata 2027–2031.</w:t>
      </w:r>
    </w:p>
    <w:sectPr w:rsidR="00BD4CE5" w:rsidSect="00034616">
      <w:pgSz w:w="12240" w:h="15840"/>
      <w:pgMar w:top="900" w:right="1200" w:bottom="90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1115120">
    <w:abstractNumId w:val="8"/>
  </w:num>
  <w:num w:numId="2" w16cid:durableId="1315991521">
    <w:abstractNumId w:val="6"/>
  </w:num>
  <w:num w:numId="3" w16cid:durableId="553196663">
    <w:abstractNumId w:val="5"/>
  </w:num>
  <w:num w:numId="4" w16cid:durableId="1696268736">
    <w:abstractNumId w:val="4"/>
  </w:num>
  <w:num w:numId="5" w16cid:durableId="281571824">
    <w:abstractNumId w:val="7"/>
  </w:num>
  <w:num w:numId="6" w16cid:durableId="747069788">
    <w:abstractNumId w:val="3"/>
  </w:num>
  <w:num w:numId="7" w16cid:durableId="2036222648">
    <w:abstractNumId w:val="2"/>
  </w:num>
  <w:num w:numId="8" w16cid:durableId="112211491">
    <w:abstractNumId w:val="1"/>
  </w:num>
  <w:num w:numId="9" w16cid:durableId="1301769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04F6"/>
    <w:rsid w:val="00326F90"/>
    <w:rsid w:val="00AA1D8D"/>
    <w:rsid w:val="00B47730"/>
    <w:rsid w:val="00BD4CE5"/>
    <w:rsid w:val="00C653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8C18E"/>
  <w14:defaultImageDpi w14:val="300"/>
  <w15:docId w15:val="{68214263-E138-4FEA-9507-980558C6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Natalia Reda</cp:lastModifiedBy>
  <cp:revision>2</cp:revision>
  <cp:lastPrinted>2026-09-30T06:16:00Z</cp:lastPrinted>
  <dcterms:created xsi:type="dcterms:W3CDTF">2026-09-30T06:18:00Z</dcterms:created>
  <dcterms:modified xsi:type="dcterms:W3CDTF">2026-09-30T06:18:00Z</dcterms:modified>
  <cp:category/>
</cp:coreProperties>
</file>